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Ind w:w="-176" w:type="dxa"/>
        <w:tblLook w:val="00A0" w:firstRow="1" w:lastRow="0" w:firstColumn="1" w:lastColumn="0" w:noHBand="0" w:noVBand="0"/>
      </w:tblPr>
      <w:tblGrid>
        <w:gridCol w:w="3545"/>
        <w:gridCol w:w="283"/>
        <w:gridCol w:w="5670"/>
      </w:tblGrid>
      <w:tr w:rsidR="008554CB" w:rsidRPr="00C75AC4" w14:paraId="3D50AB01" w14:textId="77777777" w:rsidTr="00A613BF">
        <w:tc>
          <w:tcPr>
            <w:tcW w:w="3545" w:type="dxa"/>
          </w:tcPr>
          <w:p w14:paraId="174BDD9B" w14:textId="77777777" w:rsidR="008554CB" w:rsidRPr="001B3B6D" w:rsidRDefault="008554CB" w:rsidP="00DC066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1B3B6D">
              <w:rPr>
                <w:b/>
                <w:sz w:val="26"/>
                <w:szCs w:val="26"/>
              </w:rPr>
              <w:t>ỦY BAN NHÂN DÂN</w:t>
            </w:r>
          </w:p>
          <w:p w14:paraId="54813296" w14:textId="77777777" w:rsidR="008554CB" w:rsidRPr="00C75AC4" w:rsidRDefault="008554CB" w:rsidP="00DC0669">
            <w:pPr>
              <w:spacing w:after="0"/>
              <w:jc w:val="center"/>
              <w:rPr>
                <w:b/>
                <w:szCs w:val="28"/>
              </w:rPr>
            </w:pPr>
            <w:r w:rsidRPr="001B3B6D">
              <w:rPr>
                <w:b/>
                <w:sz w:val="26"/>
                <w:szCs w:val="26"/>
              </w:rPr>
              <w:t>XÃ QUẢNG TÂN</w:t>
            </w:r>
          </w:p>
        </w:tc>
        <w:tc>
          <w:tcPr>
            <w:tcW w:w="283" w:type="dxa"/>
          </w:tcPr>
          <w:p w14:paraId="7B7E95EE" w14:textId="77777777" w:rsidR="008554CB" w:rsidRPr="00C75AC4" w:rsidRDefault="008554CB" w:rsidP="00DC0669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670" w:type="dxa"/>
          </w:tcPr>
          <w:p w14:paraId="424ACBD0" w14:textId="77777777" w:rsidR="008554CB" w:rsidRPr="00C75AC4" w:rsidRDefault="008554CB" w:rsidP="00DC066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C75AC4">
              <w:rPr>
                <w:b/>
                <w:sz w:val="26"/>
                <w:szCs w:val="26"/>
              </w:rPr>
              <w:t>CỘNG HÒA XÃ HỘI CHỦ NGHĨA VIỆT NAM</w:t>
            </w:r>
          </w:p>
          <w:p w14:paraId="4A79CA3F" w14:textId="77777777" w:rsidR="008554CB" w:rsidRPr="00C75AC4" w:rsidRDefault="008554CB" w:rsidP="00DC0669">
            <w:pPr>
              <w:spacing w:after="0"/>
              <w:jc w:val="center"/>
              <w:rPr>
                <w:szCs w:val="28"/>
              </w:rPr>
            </w:pPr>
            <w:r w:rsidRPr="00C75AC4">
              <w:rPr>
                <w:b/>
                <w:szCs w:val="28"/>
              </w:rPr>
              <w:t>Độc lập – Tự do – Hạnh phúc</w:t>
            </w:r>
          </w:p>
        </w:tc>
      </w:tr>
      <w:tr w:rsidR="008554CB" w:rsidRPr="00C75AC4" w14:paraId="2F761561" w14:textId="77777777" w:rsidTr="00A613BF">
        <w:tc>
          <w:tcPr>
            <w:tcW w:w="3545" w:type="dxa"/>
          </w:tcPr>
          <w:p w14:paraId="5ABD1037" w14:textId="77777777" w:rsidR="008554CB" w:rsidRPr="00C75AC4" w:rsidRDefault="008554CB" w:rsidP="00DC0669">
            <w:pPr>
              <w:jc w:val="center"/>
              <w:rPr>
                <w:spacing w:val="-4"/>
                <w:sz w:val="24"/>
              </w:rPr>
            </w:pPr>
            <w:r w:rsidRPr="00C75AC4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1EF9CF" wp14:editId="3F7EC756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11430</wp:posOffset>
                      </wp:positionV>
                      <wp:extent cx="55245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FEA29B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95pt,.9pt" to="102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" strokecolor="black [3040]"/>
                  </w:pict>
                </mc:Fallback>
              </mc:AlternateContent>
            </w:r>
          </w:p>
          <w:p w14:paraId="2223F96E" w14:textId="77777777" w:rsidR="008554CB" w:rsidRPr="00C75AC4" w:rsidRDefault="008554CB" w:rsidP="00DC0669">
            <w:pPr>
              <w:jc w:val="center"/>
              <w:rPr>
                <w:color w:val="000000"/>
                <w:sz w:val="26"/>
                <w:szCs w:val="26"/>
              </w:rPr>
            </w:pPr>
            <w:r w:rsidRPr="00C75AC4">
              <w:rPr>
                <w:color w:val="000000"/>
                <w:sz w:val="26"/>
                <w:szCs w:val="26"/>
              </w:rPr>
              <w:t>Số:          /UBND-VHXH</w:t>
            </w:r>
          </w:p>
          <w:p w14:paraId="5924B691" w14:textId="11734D8A" w:rsidR="008554CB" w:rsidRPr="00C75AC4" w:rsidRDefault="008554CB" w:rsidP="00A613BF">
            <w:pPr>
              <w:spacing w:after="0"/>
              <w:jc w:val="center"/>
              <w:rPr>
                <w:spacing w:val="-4"/>
                <w:sz w:val="24"/>
                <w:szCs w:val="24"/>
              </w:rPr>
            </w:pPr>
            <w:r w:rsidRPr="00C75AC4">
              <w:rPr>
                <w:spacing w:val="-4"/>
                <w:sz w:val="24"/>
                <w:szCs w:val="24"/>
              </w:rPr>
              <w:t xml:space="preserve">V/v </w:t>
            </w:r>
            <w:r w:rsidR="00EE1D15">
              <w:rPr>
                <w:spacing w:val="-4"/>
                <w:sz w:val="24"/>
                <w:szCs w:val="24"/>
              </w:rPr>
              <w:t xml:space="preserve">tuyên truyền, vận động thực hiện khảo sát </w:t>
            </w:r>
            <w:r w:rsidR="00EE1D15" w:rsidRPr="00EE1D15">
              <w:rPr>
                <w:spacing w:val="-4"/>
                <w:sz w:val="24"/>
                <w:szCs w:val="24"/>
              </w:rPr>
              <w:t>độ thành thạo kỹ năng số của người dân</w:t>
            </w:r>
          </w:p>
        </w:tc>
        <w:tc>
          <w:tcPr>
            <w:tcW w:w="283" w:type="dxa"/>
          </w:tcPr>
          <w:p w14:paraId="707CCF0F" w14:textId="77777777" w:rsidR="008554CB" w:rsidRPr="00C75AC4" w:rsidRDefault="008554CB" w:rsidP="00DC0669">
            <w:pPr>
              <w:spacing w:before="60" w:after="0"/>
              <w:jc w:val="center"/>
              <w:rPr>
                <w:noProof/>
              </w:rPr>
            </w:pPr>
          </w:p>
        </w:tc>
        <w:tc>
          <w:tcPr>
            <w:tcW w:w="5670" w:type="dxa"/>
          </w:tcPr>
          <w:p w14:paraId="7F207259" w14:textId="77777777" w:rsidR="008554CB" w:rsidRPr="00C75AC4" w:rsidRDefault="008554CB" w:rsidP="00DC0669">
            <w:pPr>
              <w:spacing w:before="60" w:after="0"/>
              <w:jc w:val="center"/>
              <w:rPr>
                <w:i/>
                <w:sz w:val="18"/>
                <w:szCs w:val="28"/>
              </w:rPr>
            </w:pPr>
            <w:r w:rsidRPr="00C75AC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6ED98F" wp14:editId="7A9D0435">
                      <wp:simplePos x="0" y="0"/>
                      <wp:positionH relativeFrom="column">
                        <wp:posOffset>602762</wp:posOffset>
                      </wp:positionH>
                      <wp:positionV relativeFrom="paragraph">
                        <wp:posOffset>18415</wp:posOffset>
                      </wp:positionV>
                      <wp:extent cx="2238375" cy="0"/>
                      <wp:effectExtent l="0" t="0" r="9525" b="19050"/>
                      <wp:wrapNone/>
                      <wp:docPr id="2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383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61B137" id="Straight Connector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45pt,1.45pt" to="223.7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"/>
                  </w:pict>
                </mc:Fallback>
              </mc:AlternateContent>
            </w:r>
          </w:p>
          <w:p w14:paraId="1ACFC2EF" w14:textId="0461673D" w:rsidR="008554CB" w:rsidRPr="00C75AC4" w:rsidRDefault="008554CB" w:rsidP="00DC0669">
            <w:pPr>
              <w:spacing w:before="60" w:after="0"/>
              <w:jc w:val="center"/>
              <w:rPr>
                <w:i/>
                <w:szCs w:val="28"/>
              </w:rPr>
            </w:pPr>
            <w:r w:rsidRPr="00C75AC4">
              <w:rPr>
                <w:i/>
                <w:szCs w:val="28"/>
              </w:rPr>
              <w:t xml:space="preserve">Quảng Tân, ngày       tháng </w:t>
            </w:r>
            <w:r w:rsidR="00EE1D15">
              <w:rPr>
                <w:i/>
                <w:szCs w:val="28"/>
              </w:rPr>
              <w:t>8</w:t>
            </w:r>
            <w:r w:rsidRPr="00C75AC4">
              <w:rPr>
                <w:i/>
                <w:szCs w:val="28"/>
              </w:rPr>
              <w:t xml:space="preserve"> năm 2026</w:t>
            </w:r>
          </w:p>
        </w:tc>
      </w:tr>
    </w:tbl>
    <w:p w14:paraId="40960851" w14:textId="77777777" w:rsidR="00634876" w:rsidRPr="00DD0918" w:rsidRDefault="00F17564" w:rsidP="00F17564">
      <w:pPr>
        <w:rPr>
          <w:szCs w:val="28"/>
        </w:rPr>
      </w:pPr>
      <w:r w:rsidRPr="00DD0918">
        <w:rPr>
          <w:szCs w:val="28"/>
        </w:rPr>
        <w:t xml:space="preserve">                </w:t>
      </w:r>
    </w:p>
    <w:p w14:paraId="19731EA1" w14:textId="30E21F9E" w:rsidR="00F62AC9" w:rsidRDefault="00F62AC9" w:rsidP="00EE1D15">
      <w:pPr>
        <w:spacing w:after="0"/>
        <w:ind w:left="720" w:firstLine="720"/>
        <w:rPr>
          <w:szCs w:val="28"/>
        </w:rPr>
      </w:pPr>
      <w:r w:rsidRPr="00C75AC4">
        <w:rPr>
          <w:szCs w:val="28"/>
        </w:rPr>
        <w:t>Kính gửi:</w:t>
      </w:r>
      <w:r w:rsidR="00211925" w:rsidRPr="00C75AC4">
        <w:rPr>
          <w:szCs w:val="28"/>
        </w:rPr>
        <w:t xml:space="preserve"> </w:t>
      </w:r>
    </w:p>
    <w:p w14:paraId="1636CEC9" w14:textId="77777777" w:rsidR="00EE1D15" w:rsidRPr="00EE1D15" w:rsidRDefault="00EE1D15" w:rsidP="00EE1D15">
      <w:pPr>
        <w:spacing w:after="0"/>
        <w:ind w:left="2160" w:firstLine="720"/>
        <w:rPr>
          <w:szCs w:val="28"/>
        </w:rPr>
      </w:pPr>
      <w:r w:rsidRPr="00EE1D15">
        <w:rPr>
          <w:szCs w:val="28"/>
        </w:rPr>
        <w:t>- Các cơ quan chuyên môn thuộc Đảng ủy xã;</w:t>
      </w:r>
    </w:p>
    <w:p w14:paraId="4FA7A798" w14:textId="77777777" w:rsidR="00EE1D15" w:rsidRPr="00EE1D15" w:rsidRDefault="00EE1D15" w:rsidP="00EE1D15">
      <w:pPr>
        <w:spacing w:after="0"/>
        <w:ind w:left="2160" w:firstLine="720"/>
        <w:rPr>
          <w:szCs w:val="28"/>
        </w:rPr>
      </w:pPr>
      <w:r w:rsidRPr="00EE1D15">
        <w:rPr>
          <w:szCs w:val="28"/>
        </w:rPr>
        <w:t>- Các cơ quan chuyên môn thuộc UBND xã;</w:t>
      </w:r>
    </w:p>
    <w:p w14:paraId="6DD5635C" w14:textId="7A57103D" w:rsidR="00EE1D15" w:rsidRPr="00EE1D15" w:rsidRDefault="00EE1D15" w:rsidP="00EE1D15">
      <w:pPr>
        <w:spacing w:after="0"/>
        <w:ind w:left="2880"/>
        <w:rPr>
          <w:szCs w:val="28"/>
        </w:rPr>
      </w:pPr>
      <w:r w:rsidRPr="00EE1D15">
        <w:rPr>
          <w:szCs w:val="28"/>
        </w:rPr>
        <w:t>- Các tổ chức chính trị</w:t>
      </w:r>
      <w:r w:rsidR="00A86A80">
        <w:rPr>
          <w:szCs w:val="28"/>
        </w:rPr>
        <w:t xml:space="preserve"> -</w:t>
      </w:r>
      <w:r w:rsidRPr="00EE1D15">
        <w:rPr>
          <w:szCs w:val="28"/>
        </w:rPr>
        <w:t xml:space="preserve"> xã hội xã;</w:t>
      </w:r>
    </w:p>
    <w:p w14:paraId="2E51A4E7" w14:textId="77777777" w:rsidR="00EE1D15" w:rsidRPr="00EE1D15" w:rsidRDefault="00EE1D15" w:rsidP="00EE1D15">
      <w:pPr>
        <w:spacing w:after="0"/>
        <w:ind w:left="2160" w:firstLine="720"/>
        <w:rPr>
          <w:szCs w:val="28"/>
        </w:rPr>
      </w:pPr>
      <w:r w:rsidRPr="00EE1D15">
        <w:rPr>
          <w:szCs w:val="28"/>
        </w:rPr>
        <w:t>- Các cơ sở giáo dục trên địa bàn xã;</w:t>
      </w:r>
    </w:p>
    <w:p w14:paraId="0D2FFBBA" w14:textId="77777777" w:rsidR="00EE1D15" w:rsidRPr="00EE1D15" w:rsidRDefault="00EE1D15" w:rsidP="00EE1D15">
      <w:pPr>
        <w:spacing w:after="0"/>
        <w:ind w:left="2160" w:firstLine="720"/>
        <w:rPr>
          <w:szCs w:val="28"/>
        </w:rPr>
      </w:pPr>
      <w:r w:rsidRPr="00EE1D15">
        <w:rPr>
          <w:szCs w:val="28"/>
        </w:rPr>
        <w:t>- Các thôn, bon, bản;</w:t>
      </w:r>
    </w:p>
    <w:p w14:paraId="04D8BED4" w14:textId="139AB7F7" w:rsidR="00EE1D15" w:rsidRPr="00EE1D15" w:rsidRDefault="00EE1D15" w:rsidP="00EE1D15">
      <w:pPr>
        <w:spacing w:after="0"/>
        <w:ind w:left="2160" w:firstLine="720"/>
        <w:rPr>
          <w:szCs w:val="28"/>
        </w:rPr>
      </w:pPr>
      <w:r w:rsidRPr="00EE1D15">
        <w:rPr>
          <w:szCs w:val="28"/>
        </w:rPr>
        <w:t>- Các Tổ Công nghệ số cộng đồng</w:t>
      </w:r>
      <w:r>
        <w:rPr>
          <w:szCs w:val="28"/>
        </w:rPr>
        <w:t>.</w:t>
      </w:r>
    </w:p>
    <w:p w14:paraId="57313390" w14:textId="77777777" w:rsidR="00EE1D15" w:rsidRPr="00EE1D15" w:rsidRDefault="00EE1D15" w:rsidP="00EE1D15">
      <w:pPr>
        <w:spacing w:after="0"/>
        <w:jc w:val="both"/>
        <w:rPr>
          <w:szCs w:val="28"/>
          <w:lang w:val="nb-NO"/>
        </w:rPr>
      </w:pPr>
    </w:p>
    <w:p w14:paraId="6694BEB8" w14:textId="77777777" w:rsidR="005011BF" w:rsidRDefault="009E5B90" w:rsidP="00912333">
      <w:pPr>
        <w:ind w:firstLine="720"/>
        <w:jc w:val="both"/>
        <w:rPr>
          <w:szCs w:val="28"/>
          <w:lang w:val="nb-NO"/>
        </w:rPr>
      </w:pPr>
      <w:r w:rsidRPr="005011BF">
        <w:rPr>
          <w:szCs w:val="28"/>
          <w:lang w:val="nb-NO"/>
        </w:rPr>
        <w:t xml:space="preserve">Thực hiện </w:t>
      </w:r>
      <w:r w:rsidR="00B97A06" w:rsidRPr="005011BF">
        <w:rPr>
          <w:szCs w:val="28"/>
          <w:lang w:val="nb-NO"/>
        </w:rPr>
        <w:t>Công văn số 40</w:t>
      </w:r>
      <w:r w:rsidR="005011BF" w:rsidRPr="005011BF">
        <w:rPr>
          <w:szCs w:val="28"/>
          <w:lang w:val="nb-NO"/>
        </w:rPr>
        <w:t>97</w:t>
      </w:r>
      <w:r w:rsidR="00B97A06" w:rsidRPr="005011BF">
        <w:rPr>
          <w:szCs w:val="28"/>
          <w:lang w:val="nb-NO"/>
        </w:rPr>
        <w:t>/SKHCN-</w:t>
      </w:r>
      <w:r w:rsidR="005011BF">
        <w:rPr>
          <w:szCs w:val="28"/>
          <w:lang w:val="nb-NO"/>
        </w:rPr>
        <w:t>CĐS</w:t>
      </w:r>
      <w:r w:rsidR="00B97A06" w:rsidRPr="005011BF">
        <w:rPr>
          <w:szCs w:val="28"/>
          <w:lang w:val="nb-NO"/>
        </w:rPr>
        <w:t xml:space="preserve"> ngày </w:t>
      </w:r>
      <w:r w:rsidR="005011BF">
        <w:rPr>
          <w:szCs w:val="28"/>
          <w:lang w:val="nb-NO"/>
        </w:rPr>
        <w:t>20</w:t>
      </w:r>
      <w:r w:rsidR="00B97A06" w:rsidRPr="005011BF">
        <w:rPr>
          <w:szCs w:val="28"/>
          <w:lang w:val="nb-NO"/>
        </w:rPr>
        <w:t xml:space="preserve">/8/2026 của Sở Khoa học và Công nghệ về việc </w:t>
      </w:r>
      <w:r w:rsidR="005011BF" w:rsidRPr="005011BF">
        <w:rPr>
          <w:szCs w:val="28"/>
          <w:lang w:val="nb-NO"/>
        </w:rPr>
        <w:t>báo cáo tình hình triển khai các nội dung nhiệm vụ có liên quan đến bộ chỉ số DTI cấp tỉnh năm 2026</w:t>
      </w:r>
      <w:r w:rsidR="005011BF">
        <w:rPr>
          <w:szCs w:val="28"/>
          <w:lang w:val="nb-NO"/>
        </w:rPr>
        <w:t xml:space="preserve">. Để có số liệu báo cáo UBND tỉnh, đồng thời làm căn cứ để triển khai các nhiệm vụ chuyển đổi số trên địa bàn, UBND xã thực hiện khảo sát </w:t>
      </w:r>
      <w:r w:rsidR="005011BF" w:rsidRPr="005011BF">
        <w:rPr>
          <w:szCs w:val="28"/>
          <w:lang w:val="nb-NO"/>
        </w:rPr>
        <w:t>mức độ thành thạo kỹ năng số của người dân trên địa bàn xã Quảng Tân</w:t>
      </w:r>
      <w:r w:rsidR="005011BF">
        <w:rPr>
          <w:szCs w:val="28"/>
          <w:lang w:val="nb-NO"/>
        </w:rPr>
        <w:t>,</w:t>
      </w:r>
      <w:r w:rsidR="00B97A06" w:rsidRPr="005011BF">
        <w:rPr>
          <w:szCs w:val="28"/>
          <w:lang w:val="nb-NO"/>
        </w:rPr>
        <w:t xml:space="preserve"> </w:t>
      </w:r>
      <w:r w:rsidR="005011BF">
        <w:rPr>
          <w:szCs w:val="28"/>
          <w:lang w:val="nb-NO"/>
        </w:rPr>
        <w:t>UBND xã đề nghị:</w:t>
      </w:r>
    </w:p>
    <w:p w14:paraId="23D35CFB" w14:textId="7508B6A8" w:rsidR="005011BF" w:rsidRDefault="005011BF" w:rsidP="00912333">
      <w:pPr>
        <w:ind w:firstLine="720"/>
        <w:jc w:val="both"/>
        <w:rPr>
          <w:szCs w:val="28"/>
          <w:lang w:val="nb-NO"/>
        </w:rPr>
      </w:pPr>
      <w:r>
        <w:rPr>
          <w:szCs w:val="28"/>
          <w:lang w:val="nb-NO"/>
        </w:rPr>
        <w:t>Các cơ quan, đơn vị; Ban tự quản c</w:t>
      </w:r>
      <w:r w:rsidRPr="005011BF">
        <w:rPr>
          <w:szCs w:val="28"/>
          <w:lang w:val="nb-NO"/>
        </w:rPr>
        <w:t>ác thôn, bon, bản;</w:t>
      </w:r>
      <w:r>
        <w:rPr>
          <w:szCs w:val="28"/>
          <w:lang w:val="nb-NO"/>
        </w:rPr>
        <w:t xml:space="preserve"> </w:t>
      </w:r>
      <w:r w:rsidRPr="005011BF">
        <w:rPr>
          <w:szCs w:val="28"/>
          <w:lang w:val="nb-NO"/>
        </w:rPr>
        <w:t>Các Tổ Công nghệ số cộng đồng</w:t>
      </w:r>
      <w:r>
        <w:rPr>
          <w:szCs w:val="28"/>
          <w:lang w:val="nb-NO"/>
        </w:rPr>
        <w:t xml:space="preserve"> vận động cán bộ, công chức, viên chức</w:t>
      </w:r>
      <w:r w:rsidR="00912333">
        <w:rPr>
          <w:szCs w:val="28"/>
          <w:lang w:val="nb-NO"/>
        </w:rPr>
        <w:t>, thành viên</w:t>
      </w:r>
      <w:r w:rsidR="00ED7B16">
        <w:rPr>
          <w:szCs w:val="28"/>
          <w:lang w:val="nb-NO"/>
        </w:rPr>
        <w:t xml:space="preserve"> và Nhân dân</w:t>
      </w:r>
      <w:r>
        <w:rPr>
          <w:szCs w:val="28"/>
          <w:lang w:val="nb-NO"/>
        </w:rPr>
        <w:t xml:space="preserve"> tham gia thực hiện khảo sát.</w:t>
      </w:r>
    </w:p>
    <w:p w14:paraId="352D52C7" w14:textId="5FD490C0" w:rsidR="005011BF" w:rsidRDefault="005011BF" w:rsidP="00912333">
      <w:pPr>
        <w:ind w:firstLine="720"/>
        <w:jc w:val="both"/>
        <w:rPr>
          <w:szCs w:val="28"/>
          <w:lang w:val="nb-NO"/>
        </w:rPr>
      </w:pPr>
      <w:r>
        <w:rPr>
          <w:szCs w:val="28"/>
          <w:lang w:val="nb-NO"/>
        </w:rPr>
        <w:t xml:space="preserve">* Thời gian thực hiện khảo sát: Đến hết </w:t>
      </w:r>
      <w:r w:rsidRPr="005011BF">
        <w:rPr>
          <w:b/>
          <w:bCs/>
          <w:szCs w:val="28"/>
          <w:lang w:val="nb-NO"/>
        </w:rPr>
        <w:t>ngày 26/8/2026</w:t>
      </w:r>
      <w:r>
        <w:rPr>
          <w:szCs w:val="28"/>
          <w:lang w:val="nb-NO"/>
        </w:rPr>
        <w:t>.</w:t>
      </w:r>
    </w:p>
    <w:p w14:paraId="0169AA16" w14:textId="390B92F1" w:rsidR="005011BF" w:rsidRDefault="005011BF" w:rsidP="00912333">
      <w:pPr>
        <w:ind w:firstLine="720"/>
        <w:jc w:val="both"/>
        <w:rPr>
          <w:szCs w:val="28"/>
          <w:lang w:val="nb-NO"/>
        </w:rPr>
      </w:pPr>
      <w:r>
        <w:rPr>
          <w:szCs w:val="28"/>
          <w:lang w:val="nb-NO"/>
        </w:rPr>
        <w:t xml:space="preserve">* Địa chỉ khảo sát: </w:t>
      </w:r>
      <w:hyperlink r:id="rId7" w:history="1">
        <w:r w:rsidRPr="00B76500">
          <w:rPr>
            <w:rStyle w:val="Hyperlink"/>
            <w:szCs w:val="28"/>
            <w:lang w:val="nb-NO"/>
          </w:rPr>
          <w:t>https://docs.google.com/forms/d/e/1FAIpQLScULMI-bM9ij-c5jbeHva6tCUSKXIT3hoThuhLX3nC4atG7pw/viewform?usp=header</w:t>
        </w:r>
      </w:hyperlink>
      <w:r>
        <w:rPr>
          <w:szCs w:val="28"/>
          <w:lang w:val="nb-NO"/>
        </w:rPr>
        <w:t xml:space="preserve"> </w:t>
      </w:r>
    </w:p>
    <w:p w14:paraId="6DB2F944" w14:textId="4BC3E459" w:rsidR="00912333" w:rsidRDefault="00912333" w:rsidP="00912333">
      <w:pPr>
        <w:jc w:val="center"/>
        <w:rPr>
          <w:szCs w:val="28"/>
          <w:lang w:val="nb-NO"/>
        </w:rPr>
      </w:pPr>
      <w:r>
        <w:rPr>
          <w:noProof/>
          <w:szCs w:val="28"/>
          <w:lang w:val="nb-NO"/>
        </w:rPr>
        <w:drawing>
          <wp:anchor distT="0" distB="0" distL="114300" distR="114300" simplePos="0" relativeHeight="251658240" behindDoc="0" locked="0" layoutInCell="1" allowOverlap="1" wp14:anchorId="54FE9818" wp14:editId="7D84016C">
            <wp:simplePos x="0" y="0"/>
            <wp:positionH relativeFrom="column">
              <wp:posOffset>2379345</wp:posOffset>
            </wp:positionH>
            <wp:positionV relativeFrom="paragraph">
              <wp:posOffset>8890</wp:posOffset>
            </wp:positionV>
            <wp:extent cx="1203960" cy="1203960"/>
            <wp:effectExtent l="0" t="0" r="0" b="0"/>
            <wp:wrapSquare wrapText="bothSides"/>
            <wp:docPr id="6322741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274190" name="Picture 63227419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1BF">
        <w:rPr>
          <w:szCs w:val="28"/>
          <w:lang w:val="nb-NO"/>
        </w:rPr>
        <w:t>Hoặc quét mã QR</w:t>
      </w:r>
      <w:r>
        <w:rPr>
          <w:szCs w:val="28"/>
          <w:lang w:val="nb-NO"/>
        </w:rPr>
        <w:t>:</w:t>
      </w:r>
    </w:p>
    <w:p w14:paraId="0D26D130" w14:textId="77777777" w:rsidR="00912333" w:rsidRDefault="00912333" w:rsidP="00912333">
      <w:pPr>
        <w:jc w:val="center"/>
        <w:rPr>
          <w:szCs w:val="28"/>
          <w:lang w:val="nb-NO"/>
        </w:rPr>
      </w:pPr>
    </w:p>
    <w:p w14:paraId="6E9DA106" w14:textId="77777777" w:rsidR="00912333" w:rsidRDefault="00912333" w:rsidP="00912333">
      <w:pPr>
        <w:spacing w:after="240"/>
        <w:ind w:firstLine="720"/>
        <w:jc w:val="both"/>
        <w:rPr>
          <w:szCs w:val="28"/>
          <w:lang w:val="nb-NO"/>
        </w:rPr>
      </w:pPr>
    </w:p>
    <w:p w14:paraId="53EA4697" w14:textId="77777777" w:rsidR="00912333" w:rsidRDefault="00912333" w:rsidP="00912333">
      <w:pPr>
        <w:spacing w:after="240"/>
        <w:ind w:firstLine="720"/>
        <w:jc w:val="both"/>
        <w:rPr>
          <w:szCs w:val="28"/>
          <w:lang w:val="nb-NO"/>
        </w:rPr>
      </w:pPr>
    </w:p>
    <w:p w14:paraId="66B9D650" w14:textId="7577A334" w:rsidR="00F62AC9" w:rsidRPr="00C650D8" w:rsidRDefault="00781751" w:rsidP="00912333">
      <w:pPr>
        <w:spacing w:after="240"/>
        <w:ind w:firstLine="720"/>
        <w:jc w:val="both"/>
        <w:rPr>
          <w:lang w:val="nb-NO"/>
        </w:rPr>
      </w:pPr>
      <w:r w:rsidRPr="005011BF">
        <w:rPr>
          <w:szCs w:val="28"/>
          <w:lang w:val="nb-NO"/>
        </w:rPr>
        <w:t xml:space="preserve">UBND xã Quảng Tân </w:t>
      </w:r>
      <w:r w:rsidR="00ED7B16">
        <w:rPr>
          <w:szCs w:val="28"/>
          <w:lang w:val="nb-NO"/>
        </w:rPr>
        <w:t>đề nghị các cơ quan, đơn vị</w:t>
      </w:r>
      <w:r w:rsidR="00AF619D">
        <w:rPr>
          <w:szCs w:val="28"/>
          <w:lang w:val="nb-NO"/>
        </w:rPr>
        <w:t xml:space="preserve"> </w:t>
      </w:r>
      <w:r w:rsidR="00ED7B16">
        <w:rPr>
          <w:szCs w:val="28"/>
          <w:lang w:val="nb-NO"/>
        </w:rPr>
        <w:t xml:space="preserve">và Nhân dân </w:t>
      </w:r>
      <w:r w:rsidR="00AF619D">
        <w:rPr>
          <w:szCs w:val="28"/>
          <w:lang w:val="nb-NO"/>
        </w:rPr>
        <w:t xml:space="preserve">trên địa bàn xã </w:t>
      </w:r>
      <w:r w:rsidR="00912333">
        <w:rPr>
          <w:szCs w:val="28"/>
          <w:lang w:val="nb-NO"/>
        </w:rPr>
        <w:t xml:space="preserve">quan tâm, phối hợp </w:t>
      </w:r>
      <w:r w:rsidR="00ED7B16">
        <w:rPr>
          <w:szCs w:val="28"/>
          <w:lang w:val="nb-NO"/>
        </w:rPr>
        <w:t>thực hiện</w:t>
      </w:r>
      <w:r w:rsidRPr="005011BF">
        <w:rPr>
          <w:szCs w:val="28"/>
          <w:lang w:val="nb-NO"/>
        </w:rPr>
        <w:t>.</w:t>
      </w:r>
      <w:r w:rsidR="00F62AC9" w:rsidRPr="00C75AC4">
        <w:rPr>
          <w:bCs/>
          <w:szCs w:val="28"/>
          <w:lang w:val="nb-NO"/>
        </w:rPr>
        <w:t>/.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35"/>
        <w:gridCol w:w="4537"/>
      </w:tblGrid>
      <w:tr w:rsidR="00347E34" w:rsidRPr="00ED7B16" w14:paraId="740B99F2" w14:textId="77777777" w:rsidTr="001F0E7C">
        <w:tc>
          <w:tcPr>
            <w:tcW w:w="4644" w:type="dxa"/>
          </w:tcPr>
          <w:p w14:paraId="2C04E3DF" w14:textId="77777777" w:rsidR="00347E34" w:rsidRPr="00C75AC4" w:rsidRDefault="00347E34" w:rsidP="001F0E7C">
            <w:pPr>
              <w:spacing w:after="0"/>
              <w:rPr>
                <w:b/>
                <w:i/>
                <w:sz w:val="24"/>
                <w:lang w:val="nb-NO"/>
              </w:rPr>
            </w:pPr>
            <w:r w:rsidRPr="00C75AC4">
              <w:rPr>
                <w:b/>
                <w:i/>
                <w:sz w:val="24"/>
                <w:lang w:val="nb-NO"/>
              </w:rPr>
              <w:t>Nơi nhận:</w:t>
            </w:r>
          </w:p>
          <w:p w14:paraId="75F4FC7E" w14:textId="4445BCFD" w:rsidR="006B2DE7" w:rsidRDefault="006B2DE7" w:rsidP="00A23C87">
            <w:pPr>
              <w:spacing w:before="60" w:after="0"/>
              <w:jc w:val="both"/>
              <w:rPr>
                <w:sz w:val="22"/>
                <w:lang w:val="nb-NO"/>
              </w:rPr>
            </w:pPr>
            <w:r>
              <w:rPr>
                <w:sz w:val="22"/>
                <w:lang w:val="nb-NO"/>
              </w:rPr>
              <w:t>- TT Đảng ủy xã (b/c);</w:t>
            </w:r>
          </w:p>
          <w:p w14:paraId="52A6A2E7" w14:textId="78126D38" w:rsidR="00347E34" w:rsidRDefault="00347E34" w:rsidP="006B2DE7">
            <w:pPr>
              <w:spacing w:after="0"/>
              <w:jc w:val="both"/>
              <w:rPr>
                <w:sz w:val="22"/>
                <w:lang w:val="nb-NO"/>
              </w:rPr>
            </w:pPr>
            <w:r w:rsidRPr="00C75AC4">
              <w:rPr>
                <w:sz w:val="22"/>
                <w:lang w:val="nb-NO"/>
              </w:rPr>
              <w:t xml:space="preserve">- </w:t>
            </w:r>
            <w:r w:rsidR="00DB1E24" w:rsidRPr="00C75AC4">
              <w:rPr>
                <w:sz w:val="22"/>
                <w:lang w:val="nb-NO"/>
              </w:rPr>
              <w:t>Như trên</w:t>
            </w:r>
            <w:r w:rsidR="00E731DA" w:rsidRPr="00C75AC4">
              <w:rPr>
                <w:sz w:val="22"/>
                <w:lang w:val="nb-NO"/>
              </w:rPr>
              <w:t>;</w:t>
            </w:r>
          </w:p>
          <w:p w14:paraId="0A7D65C4" w14:textId="762BA18C" w:rsidR="00781751" w:rsidRDefault="00781751" w:rsidP="006942E2">
            <w:pPr>
              <w:spacing w:after="0"/>
              <w:jc w:val="both"/>
              <w:rPr>
                <w:sz w:val="22"/>
                <w:lang w:val="nb-NO"/>
              </w:rPr>
            </w:pPr>
            <w:r>
              <w:rPr>
                <w:sz w:val="22"/>
                <w:lang w:val="nb-NO"/>
              </w:rPr>
              <w:t xml:space="preserve">- Chủ tịch, các </w:t>
            </w:r>
            <w:r w:rsidR="006942E2">
              <w:rPr>
                <w:sz w:val="22"/>
                <w:lang w:val="nb-NO"/>
              </w:rPr>
              <w:t>PCT</w:t>
            </w:r>
            <w:r>
              <w:rPr>
                <w:sz w:val="22"/>
                <w:lang w:val="nb-NO"/>
              </w:rPr>
              <w:t xml:space="preserve"> UBND;</w:t>
            </w:r>
          </w:p>
          <w:p w14:paraId="5D946A0C" w14:textId="4E202D21" w:rsidR="00347E34" w:rsidRPr="00C75AC4" w:rsidRDefault="00347E34" w:rsidP="001F0E7C">
            <w:pPr>
              <w:spacing w:after="0"/>
              <w:jc w:val="both"/>
              <w:rPr>
                <w:sz w:val="22"/>
                <w:lang w:val="nl-NL"/>
              </w:rPr>
            </w:pPr>
            <w:r w:rsidRPr="00C75AC4">
              <w:rPr>
                <w:sz w:val="22"/>
                <w:lang w:val="nl-NL"/>
              </w:rPr>
              <w:t xml:space="preserve">- Lưu: VT, </w:t>
            </w:r>
            <w:r w:rsidR="008554CB">
              <w:rPr>
                <w:sz w:val="22"/>
                <w:lang w:val="nl-NL"/>
              </w:rPr>
              <w:t>VHXH</w:t>
            </w:r>
            <w:r w:rsidRPr="00C75AC4">
              <w:rPr>
                <w:sz w:val="22"/>
                <w:lang w:val="nl-NL"/>
              </w:rPr>
              <w:t>.</w:t>
            </w:r>
          </w:p>
          <w:p w14:paraId="21B53444" w14:textId="77777777" w:rsidR="00347E34" w:rsidRPr="00C75AC4" w:rsidRDefault="00347E34" w:rsidP="001F0E7C">
            <w:pPr>
              <w:spacing w:after="0"/>
              <w:rPr>
                <w:lang w:val="nl-NL"/>
              </w:rPr>
            </w:pPr>
          </w:p>
        </w:tc>
        <w:tc>
          <w:tcPr>
            <w:tcW w:w="4644" w:type="dxa"/>
          </w:tcPr>
          <w:p w14:paraId="1078E14E" w14:textId="2D3AC8F1" w:rsidR="00A244F7" w:rsidRDefault="00ED7B16" w:rsidP="002744DC">
            <w:pPr>
              <w:spacing w:after="0"/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KT. </w:t>
            </w:r>
            <w:r w:rsidR="008554CB">
              <w:rPr>
                <w:b/>
                <w:lang w:val="nl-NL"/>
              </w:rPr>
              <w:t>CHỦ TỊCH</w:t>
            </w:r>
          </w:p>
          <w:p w14:paraId="5F6A6780" w14:textId="28CB58F4" w:rsidR="00ED7B16" w:rsidRDefault="00ED7B16" w:rsidP="002744DC">
            <w:pPr>
              <w:spacing w:after="0"/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PHÓ CHỦ TỊCH</w:t>
            </w:r>
          </w:p>
          <w:p w14:paraId="31F7BFC9" w14:textId="77777777" w:rsidR="00D64DBB" w:rsidRPr="00C75AC4" w:rsidRDefault="00D64DBB" w:rsidP="001F0E7C">
            <w:pPr>
              <w:spacing w:after="0"/>
              <w:rPr>
                <w:b/>
                <w:lang w:val="nl-NL"/>
              </w:rPr>
            </w:pPr>
          </w:p>
          <w:p w14:paraId="1B6E17BF" w14:textId="77777777" w:rsidR="003D2D2D" w:rsidRPr="00C75AC4" w:rsidRDefault="003D2D2D" w:rsidP="001F0E7C">
            <w:pPr>
              <w:spacing w:after="0"/>
              <w:rPr>
                <w:b/>
                <w:lang w:val="nl-NL"/>
              </w:rPr>
            </w:pPr>
          </w:p>
          <w:p w14:paraId="29BC5ED0" w14:textId="77777777" w:rsidR="003D48B0" w:rsidRPr="00C75AC4" w:rsidRDefault="003D48B0" w:rsidP="001F0E7C">
            <w:pPr>
              <w:spacing w:after="0"/>
              <w:rPr>
                <w:b/>
                <w:lang w:val="nl-NL"/>
              </w:rPr>
            </w:pPr>
          </w:p>
          <w:p w14:paraId="15B93E19" w14:textId="77777777" w:rsidR="00347E34" w:rsidRPr="00C75AC4" w:rsidRDefault="00347E34" w:rsidP="00ED7B16">
            <w:pPr>
              <w:spacing w:after="0"/>
              <w:rPr>
                <w:b/>
                <w:lang w:val="nl-NL"/>
              </w:rPr>
            </w:pPr>
          </w:p>
          <w:p w14:paraId="7E8FF735" w14:textId="5A6378FC" w:rsidR="00347E34" w:rsidRPr="00ED7B16" w:rsidRDefault="00ED7B16" w:rsidP="003E7891">
            <w:pPr>
              <w:spacing w:after="0"/>
              <w:jc w:val="center"/>
              <w:rPr>
                <w:b/>
                <w:bCs/>
                <w:lang w:val="nl-NL"/>
              </w:rPr>
            </w:pPr>
            <w:r w:rsidRPr="00ED7B16">
              <w:rPr>
                <w:b/>
                <w:bCs/>
                <w:lang w:val="nl-NL"/>
              </w:rPr>
              <w:t>Phạm Quốc Trọng</w:t>
            </w:r>
          </w:p>
        </w:tc>
      </w:tr>
    </w:tbl>
    <w:p w14:paraId="519F77A6" w14:textId="77777777" w:rsidR="00C75AC4" w:rsidRPr="00C75AC4" w:rsidRDefault="00C75AC4" w:rsidP="00407A6C">
      <w:pPr>
        <w:spacing w:before="60" w:after="60"/>
        <w:jc w:val="center"/>
        <w:rPr>
          <w:b/>
          <w:bCs/>
          <w:lang w:val="nb-NO"/>
        </w:rPr>
      </w:pPr>
    </w:p>
    <w:sectPr w:rsidR="00C75AC4" w:rsidRPr="00C75AC4" w:rsidSect="00912333">
      <w:footerReference w:type="default" r:id="rId9"/>
      <w:pgSz w:w="11907" w:h="16840" w:code="9"/>
      <w:pgMar w:top="993" w:right="1134" w:bottom="567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CAAA1" w14:textId="77777777" w:rsidR="000C5CB3" w:rsidRDefault="000C5CB3">
      <w:r>
        <w:separator/>
      </w:r>
    </w:p>
  </w:endnote>
  <w:endnote w:type="continuationSeparator" w:id="0">
    <w:p w14:paraId="35CA4957" w14:textId="77777777" w:rsidR="000C5CB3" w:rsidRDefault="000C5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7292D" w14:textId="2F755998" w:rsidR="00C75AC4" w:rsidRPr="00846923" w:rsidRDefault="00C75AC4" w:rsidP="00846923">
    <w:pPr>
      <w:pStyle w:val="Footer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76FB8" w14:textId="77777777" w:rsidR="000C5CB3" w:rsidRDefault="000C5CB3">
      <w:r>
        <w:separator/>
      </w:r>
    </w:p>
  </w:footnote>
  <w:footnote w:type="continuationSeparator" w:id="0">
    <w:p w14:paraId="045085FD" w14:textId="77777777" w:rsidR="000C5CB3" w:rsidRDefault="000C5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475969"/>
    <w:multiLevelType w:val="hybridMultilevel"/>
    <w:tmpl w:val="EC5C17D8"/>
    <w:lvl w:ilvl="0" w:tplc="CA300ED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7E5D2D"/>
    <w:multiLevelType w:val="hybridMultilevel"/>
    <w:tmpl w:val="C160F1D4"/>
    <w:lvl w:ilvl="0" w:tplc="2ED87E82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04B0F"/>
    <w:multiLevelType w:val="hybridMultilevel"/>
    <w:tmpl w:val="5B2AB6BE"/>
    <w:lvl w:ilvl="0" w:tplc="6360F06E">
      <w:start w:val="50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21BE3473"/>
    <w:multiLevelType w:val="hybridMultilevel"/>
    <w:tmpl w:val="5FF6B3EE"/>
    <w:lvl w:ilvl="0" w:tplc="341EABDA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D346DC"/>
    <w:multiLevelType w:val="hybridMultilevel"/>
    <w:tmpl w:val="183032B4"/>
    <w:lvl w:ilvl="0" w:tplc="A49EAD7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5360892"/>
    <w:multiLevelType w:val="hybridMultilevel"/>
    <w:tmpl w:val="E3F4C6CA"/>
    <w:lvl w:ilvl="0" w:tplc="890C0E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AE7DA7"/>
    <w:multiLevelType w:val="hybridMultilevel"/>
    <w:tmpl w:val="E2EAE4BE"/>
    <w:lvl w:ilvl="0" w:tplc="AC969C8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84A5D"/>
    <w:multiLevelType w:val="hybridMultilevel"/>
    <w:tmpl w:val="8A624404"/>
    <w:lvl w:ilvl="0" w:tplc="9A56442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46EC7"/>
    <w:multiLevelType w:val="hybridMultilevel"/>
    <w:tmpl w:val="C714EABC"/>
    <w:lvl w:ilvl="0" w:tplc="6AA23DD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454A1"/>
    <w:multiLevelType w:val="hybridMultilevel"/>
    <w:tmpl w:val="43DA75F6"/>
    <w:lvl w:ilvl="0" w:tplc="48B23E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53492A"/>
    <w:multiLevelType w:val="hybridMultilevel"/>
    <w:tmpl w:val="D826D198"/>
    <w:lvl w:ilvl="0" w:tplc="47EA2B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742CE"/>
    <w:multiLevelType w:val="hybridMultilevel"/>
    <w:tmpl w:val="936031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1D769ED"/>
    <w:multiLevelType w:val="hybridMultilevel"/>
    <w:tmpl w:val="1D86E24C"/>
    <w:lvl w:ilvl="0" w:tplc="B92E905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600526">
    <w:abstractNumId w:val="13"/>
  </w:num>
  <w:num w:numId="2" w16cid:durableId="1570771686">
    <w:abstractNumId w:val="14"/>
  </w:num>
  <w:num w:numId="3" w16cid:durableId="826092604">
    <w:abstractNumId w:val="12"/>
  </w:num>
  <w:num w:numId="4" w16cid:durableId="79180043">
    <w:abstractNumId w:val="20"/>
  </w:num>
  <w:num w:numId="5" w16cid:durableId="56705689">
    <w:abstractNumId w:val="18"/>
  </w:num>
  <w:num w:numId="6" w16cid:durableId="253171164">
    <w:abstractNumId w:val="8"/>
  </w:num>
  <w:num w:numId="7" w16cid:durableId="661859849">
    <w:abstractNumId w:val="6"/>
  </w:num>
  <w:num w:numId="8" w16cid:durableId="1308513365">
    <w:abstractNumId w:val="5"/>
  </w:num>
  <w:num w:numId="9" w16cid:durableId="1599291172">
    <w:abstractNumId w:val="4"/>
  </w:num>
  <w:num w:numId="10" w16cid:durableId="2092893038">
    <w:abstractNumId w:val="7"/>
  </w:num>
  <w:num w:numId="11" w16cid:durableId="634336528">
    <w:abstractNumId w:val="3"/>
  </w:num>
  <w:num w:numId="12" w16cid:durableId="1129788851">
    <w:abstractNumId w:val="2"/>
  </w:num>
  <w:num w:numId="13" w16cid:durableId="1708065640">
    <w:abstractNumId w:val="1"/>
  </w:num>
  <w:num w:numId="14" w16cid:durableId="1478036656">
    <w:abstractNumId w:val="0"/>
  </w:num>
  <w:num w:numId="15" w16cid:durableId="824972255">
    <w:abstractNumId w:val="10"/>
  </w:num>
  <w:num w:numId="16" w16cid:durableId="535822443">
    <w:abstractNumId w:val="19"/>
  </w:num>
  <w:num w:numId="17" w16cid:durableId="627321663">
    <w:abstractNumId w:val="11"/>
  </w:num>
  <w:num w:numId="18" w16cid:durableId="1331182038">
    <w:abstractNumId w:val="21"/>
  </w:num>
  <w:num w:numId="19" w16cid:durableId="251672677">
    <w:abstractNumId w:val="9"/>
  </w:num>
  <w:num w:numId="20" w16cid:durableId="999038593">
    <w:abstractNumId w:val="15"/>
  </w:num>
  <w:num w:numId="21" w16cid:durableId="1494449752">
    <w:abstractNumId w:val="17"/>
  </w:num>
  <w:num w:numId="22" w16cid:durableId="611497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410"/>
    <w:rsid w:val="0000460F"/>
    <w:rsid w:val="00006FA5"/>
    <w:rsid w:val="000107C6"/>
    <w:rsid w:val="00012CC6"/>
    <w:rsid w:val="00015DA2"/>
    <w:rsid w:val="00030F16"/>
    <w:rsid w:val="000374FF"/>
    <w:rsid w:val="00037A13"/>
    <w:rsid w:val="0004727A"/>
    <w:rsid w:val="000534E4"/>
    <w:rsid w:val="00055700"/>
    <w:rsid w:val="00056209"/>
    <w:rsid w:val="0006113A"/>
    <w:rsid w:val="00061925"/>
    <w:rsid w:val="0006197A"/>
    <w:rsid w:val="000644E1"/>
    <w:rsid w:val="00066963"/>
    <w:rsid w:val="00067849"/>
    <w:rsid w:val="000737FC"/>
    <w:rsid w:val="000754C0"/>
    <w:rsid w:val="000769F8"/>
    <w:rsid w:val="00081566"/>
    <w:rsid w:val="00084211"/>
    <w:rsid w:val="0008454E"/>
    <w:rsid w:val="0008538D"/>
    <w:rsid w:val="000906C2"/>
    <w:rsid w:val="00091B18"/>
    <w:rsid w:val="00096FAD"/>
    <w:rsid w:val="000A2778"/>
    <w:rsid w:val="000B107E"/>
    <w:rsid w:val="000B5842"/>
    <w:rsid w:val="000C118C"/>
    <w:rsid w:val="000C1318"/>
    <w:rsid w:val="000C3F49"/>
    <w:rsid w:val="000C5CB3"/>
    <w:rsid w:val="000E01C1"/>
    <w:rsid w:val="000E46A6"/>
    <w:rsid w:val="000F38FD"/>
    <w:rsid w:val="00101600"/>
    <w:rsid w:val="00103A11"/>
    <w:rsid w:val="0010578F"/>
    <w:rsid w:val="0011224E"/>
    <w:rsid w:val="00115A5B"/>
    <w:rsid w:val="00121936"/>
    <w:rsid w:val="001342BE"/>
    <w:rsid w:val="00136757"/>
    <w:rsid w:val="00153C66"/>
    <w:rsid w:val="00160226"/>
    <w:rsid w:val="00160825"/>
    <w:rsid w:val="00165795"/>
    <w:rsid w:val="00166759"/>
    <w:rsid w:val="00190D73"/>
    <w:rsid w:val="001947E9"/>
    <w:rsid w:val="00196ED1"/>
    <w:rsid w:val="001A3864"/>
    <w:rsid w:val="001A4451"/>
    <w:rsid w:val="001A66F2"/>
    <w:rsid w:val="001B3B6D"/>
    <w:rsid w:val="001D2490"/>
    <w:rsid w:val="001D4D50"/>
    <w:rsid w:val="001D7D02"/>
    <w:rsid w:val="001E7709"/>
    <w:rsid w:val="001F7C49"/>
    <w:rsid w:val="001F7DB4"/>
    <w:rsid w:val="00211925"/>
    <w:rsid w:val="002126A4"/>
    <w:rsid w:val="00213DFA"/>
    <w:rsid w:val="00214FA0"/>
    <w:rsid w:val="002179E1"/>
    <w:rsid w:val="00220844"/>
    <w:rsid w:val="00223CD9"/>
    <w:rsid w:val="00232045"/>
    <w:rsid w:val="00246E9D"/>
    <w:rsid w:val="0026404C"/>
    <w:rsid w:val="00265E92"/>
    <w:rsid w:val="00270003"/>
    <w:rsid w:val="00270764"/>
    <w:rsid w:val="002744DC"/>
    <w:rsid w:val="002821AD"/>
    <w:rsid w:val="00282414"/>
    <w:rsid w:val="00286402"/>
    <w:rsid w:val="00287EDB"/>
    <w:rsid w:val="002937B4"/>
    <w:rsid w:val="00295925"/>
    <w:rsid w:val="002970F5"/>
    <w:rsid w:val="0029753B"/>
    <w:rsid w:val="002A510F"/>
    <w:rsid w:val="002B21DA"/>
    <w:rsid w:val="002B61B7"/>
    <w:rsid w:val="002C3510"/>
    <w:rsid w:val="002C5BE4"/>
    <w:rsid w:val="002D00E7"/>
    <w:rsid w:val="002D4E1C"/>
    <w:rsid w:val="002F0928"/>
    <w:rsid w:val="003015D1"/>
    <w:rsid w:val="00302D07"/>
    <w:rsid w:val="0030305F"/>
    <w:rsid w:val="003073DD"/>
    <w:rsid w:val="00317E88"/>
    <w:rsid w:val="003204FC"/>
    <w:rsid w:val="0032361C"/>
    <w:rsid w:val="00326D4A"/>
    <w:rsid w:val="0032708A"/>
    <w:rsid w:val="00340839"/>
    <w:rsid w:val="00341DB7"/>
    <w:rsid w:val="00347E34"/>
    <w:rsid w:val="00351392"/>
    <w:rsid w:val="0037452F"/>
    <w:rsid w:val="00374EFF"/>
    <w:rsid w:val="00374F16"/>
    <w:rsid w:val="003754BD"/>
    <w:rsid w:val="00375FF8"/>
    <w:rsid w:val="003767A5"/>
    <w:rsid w:val="00377B07"/>
    <w:rsid w:val="00385A4D"/>
    <w:rsid w:val="003904A4"/>
    <w:rsid w:val="003A4B78"/>
    <w:rsid w:val="003A7C42"/>
    <w:rsid w:val="003B260B"/>
    <w:rsid w:val="003B6076"/>
    <w:rsid w:val="003B7A36"/>
    <w:rsid w:val="003C126A"/>
    <w:rsid w:val="003D21FC"/>
    <w:rsid w:val="003D29D3"/>
    <w:rsid w:val="003D2D2D"/>
    <w:rsid w:val="003D4054"/>
    <w:rsid w:val="003D41B3"/>
    <w:rsid w:val="003D48B0"/>
    <w:rsid w:val="003E3679"/>
    <w:rsid w:val="003E4490"/>
    <w:rsid w:val="003E7891"/>
    <w:rsid w:val="003F076F"/>
    <w:rsid w:val="0040262B"/>
    <w:rsid w:val="00407A6C"/>
    <w:rsid w:val="00410C03"/>
    <w:rsid w:val="00410DB9"/>
    <w:rsid w:val="00411C78"/>
    <w:rsid w:val="004148AD"/>
    <w:rsid w:val="00422452"/>
    <w:rsid w:val="00422676"/>
    <w:rsid w:val="00423129"/>
    <w:rsid w:val="00424603"/>
    <w:rsid w:val="00430596"/>
    <w:rsid w:val="00431026"/>
    <w:rsid w:val="00433FE8"/>
    <w:rsid w:val="00436208"/>
    <w:rsid w:val="00442D51"/>
    <w:rsid w:val="00462D07"/>
    <w:rsid w:val="00467F33"/>
    <w:rsid w:val="00472D70"/>
    <w:rsid w:val="0048495C"/>
    <w:rsid w:val="00495DFB"/>
    <w:rsid w:val="004A7B43"/>
    <w:rsid w:val="004C0235"/>
    <w:rsid w:val="004C3734"/>
    <w:rsid w:val="004D1F68"/>
    <w:rsid w:val="004D41F3"/>
    <w:rsid w:val="004E4615"/>
    <w:rsid w:val="004F4CF0"/>
    <w:rsid w:val="004F7AC5"/>
    <w:rsid w:val="005011BF"/>
    <w:rsid w:val="00511F02"/>
    <w:rsid w:val="00511FF8"/>
    <w:rsid w:val="00512607"/>
    <w:rsid w:val="00524473"/>
    <w:rsid w:val="00531361"/>
    <w:rsid w:val="00532A9D"/>
    <w:rsid w:val="005362A9"/>
    <w:rsid w:val="00547146"/>
    <w:rsid w:val="00547B57"/>
    <w:rsid w:val="00547C77"/>
    <w:rsid w:val="00554A4E"/>
    <w:rsid w:val="00560413"/>
    <w:rsid w:val="00561FB6"/>
    <w:rsid w:val="00575A02"/>
    <w:rsid w:val="0058196E"/>
    <w:rsid w:val="00581E77"/>
    <w:rsid w:val="00592AA8"/>
    <w:rsid w:val="005A0C54"/>
    <w:rsid w:val="005A1DF3"/>
    <w:rsid w:val="005A4C7D"/>
    <w:rsid w:val="005B1301"/>
    <w:rsid w:val="005B4972"/>
    <w:rsid w:val="005C69BC"/>
    <w:rsid w:val="005D16C6"/>
    <w:rsid w:val="005D5F9D"/>
    <w:rsid w:val="005F091F"/>
    <w:rsid w:val="005F0AE9"/>
    <w:rsid w:val="005F0DF4"/>
    <w:rsid w:val="005F2DA1"/>
    <w:rsid w:val="00600FD5"/>
    <w:rsid w:val="00603AD1"/>
    <w:rsid w:val="00604299"/>
    <w:rsid w:val="00606D43"/>
    <w:rsid w:val="00611B60"/>
    <w:rsid w:val="006141B3"/>
    <w:rsid w:val="00614A72"/>
    <w:rsid w:val="00615495"/>
    <w:rsid w:val="006160FD"/>
    <w:rsid w:val="00620B0D"/>
    <w:rsid w:val="00624974"/>
    <w:rsid w:val="00631BBD"/>
    <w:rsid w:val="00633778"/>
    <w:rsid w:val="00634876"/>
    <w:rsid w:val="0064667A"/>
    <w:rsid w:val="006475F4"/>
    <w:rsid w:val="00647FA2"/>
    <w:rsid w:val="006503E5"/>
    <w:rsid w:val="00656447"/>
    <w:rsid w:val="00657318"/>
    <w:rsid w:val="006624F5"/>
    <w:rsid w:val="00663A11"/>
    <w:rsid w:val="00674F0B"/>
    <w:rsid w:val="00676A08"/>
    <w:rsid w:val="00677149"/>
    <w:rsid w:val="006820DA"/>
    <w:rsid w:val="00684607"/>
    <w:rsid w:val="0068763F"/>
    <w:rsid w:val="00692C14"/>
    <w:rsid w:val="006942E2"/>
    <w:rsid w:val="006965A9"/>
    <w:rsid w:val="006A3C7B"/>
    <w:rsid w:val="006A54A5"/>
    <w:rsid w:val="006B0CF1"/>
    <w:rsid w:val="006B2D75"/>
    <w:rsid w:val="006B2DE7"/>
    <w:rsid w:val="006D2980"/>
    <w:rsid w:val="006D7298"/>
    <w:rsid w:val="006E2B8C"/>
    <w:rsid w:val="006F0214"/>
    <w:rsid w:val="006F2E84"/>
    <w:rsid w:val="006F3584"/>
    <w:rsid w:val="006F3A1F"/>
    <w:rsid w:val="006F7BD6"/>
    <w:rsid w:val="00701870"/>
    <w:rsid w:val="007129A5"/>
    <w:rsid w:val="007163B4"/>
    <w:rsid w:val="00716E8C"/>
    <w:rsid w:val="00724D35"/>
    <w:rsid w:val="007424D4"/>
    <w:rsid w:val="00750ED0"/>
    <w:rsid w:val="00754334"/>
    <w:rsid w:val="00757215"/>
    <w:rsid w:val="007603A7"/>
    <w:rsid w:val="00761EC2"/>
    <w:rsid w:val="0077085C"/>
    <w:rsid w:val="0077248C"/>
    <w:rsid w:val="007746EE"/>
    <w:rsid w:val="00780E27"/>
    <w:rsid w:val="00781751"/>
    <w:rsid w:val="00783A2A"/>
    <w:rsid w:val="0079033B"/>
    <w:rsid w:val="007A2578"/>
    <w:rsid w:val="007A7664"/>
    <w:rsid w:val="007B2471"/>
    <w:rsid w:val="007B386B"/>
    <w:rsid w:val="007B7766"/>
    <w:rsid w:val="007C0122"/>
    <w:rsid w:val="007C1F7B"/>
    <w:rsid w:val="007D5B03"/>
    <w:rsid w:val="007E1E64"/>
    <w:rsid w:val="007F08D7"/>
    <w:rsid w:val="007F239D"/>
    <w:rsid w:val="0080194B"/>
    <w:rsid w:val="00801E0C"/>
    <w:rsid w:val="00816FAE"/>
    <w:rsid w:val="00824738"/>
    <w:rsid w:val="00830B34"/>
    <w:rsid w:val="00842FCF"/>
    <w:rsid w:val="00844341"/>
    <w:rsid w:val="00844679"/>
    <w:rsid w:val="0085127B"/>
    <w:rsid w:val="008554CB"/>
    <w:rsid w:val="008631F0"/>
    <w:rsid w:val="00865C1D"/>
    <w:rsid w:val="00867410"/>
    <w:rsid w:val="00874176"/>
    <w:rsid w:val="00875B3C"/>
    <w:rsid w:val="00876669"/>
    <w:rsid w:val="00884BC8"/>
    <w:rsid w:val="008857CF"/>
    <w:rsid w:val="00886340"/>
    <w:rsid w:val="00886D43"/>
    <w:rsid w:val="008977EC"/>
    <w:rsid w:val="008B37A8"/>
    <w:rsid w:val="008B395E"/>
    <w:rsid w:val="008C0AF9"/>
    <w:rsid w:val="008C383A"/>
    <w:rsid w:val="008D10C3"/>
    <w:rsid w:val="008D2368"/>
    <w:rsid w:val="008D5A18"/>
    <w:rsid w:val="008D7B44"/>
    <w:rsid w:val="008D7EAB"/>
    <w:rsid w:val="008E233B"/>
    <w:rsid w:val="008E6C0E"/>
    <w:rsid w:val="008F301F"/>
    <w:rsid w:val="008F7B5D"/>
    <w:rsid w:val="0090524A"/>
    <w:rsid w:val="009054B3"/>
    <w:rsid w:val="00905823"/>
    <w:rsid w:val="00906606"/>
    <w:rsid w:val="00912333"/>
    <w:rsid w:val="00912912"/>
    <w:rsid w:val="00921A31"/>
    <w:rsid w:val="00922F48"/>
    <w:rsid w:val="00925CEE"/>
    <w:rsid w:val="00927338"/>
    <w:rsid w:val="00935491"/>
    <w:rsid w:val="009418F8"/>
    <w:rsid w:val="00941920"/>
    <w:rsid w:val="0094314A"/>
    <w:rsid w:val="00952AE8"/>
    <w:rsid w:val="009653C8"/>
    <w:rsid w:val="00967978"/>
    <w:rsid w:val="00976F9B"/>
    <w:rsid w:val="00983696"/>
    <w:rsid w:val="00985F05"/>
    <w:rsid w:val="00986BE3"/>
    <w:rsid w:val="00987A23"/>
    <w:rsid w:val="0099004F"/>
    <w:rsid w:val="009927C7"/>
    <w:rsid w:val="009A102A"/>
    <w:rsid w:val="009B0FB1"/>
    <w:rsid w:val="009B117C"/>
    <w:rsid w:val="009D52D6"/>
    <w:rsid w:val="009D6B56"/>
    <w:rsid w:val="009D6FDB"/>
    <w:rsid w:val="009D75C5"/>
    <w:rsid w:val="009E04BD"/>
    <w:rsid w:val="009E1704"/>
    <w:rsid w:val="009E4C10"/>
    <w:rsid w:val="009E4DAE"/>
    <w:rsid w:val="009E5B90"/>
    <w:rsid w:val="009F2370"/>
    <w:rsid w:val="009F2E86"/>
    <w:rsid w:val="00A006AE"/>
    <w:rsid w:val="00A10C67"/>
    <w:rsid w:val="00A20BB7"/>
    <w:rsid w:val="00A23C87"/>
    <w:rsid w:val="00A243C0"/>
    <w:rsid w:val="00A244F7"/>
    <w:rsid w:val="00A3074A"/>
    <w:rsid w:val="00A326D2"/>
    <w:rsid w:val="00A33D7B"/>
    <w:rsid w:val="00A34021"/>
    <w:rsid w:val="00A36FF0"/>
    <w:rsid w:val="00A37168"/>
    <w:rsid w:val="00A377D9"/>
    <w:rsid w:val="00A41D05"/>
    <w:rsid w:val="00A463E8"/>
    <w:rsid w:val="00A5505F"/>
    <w:rsid w:val="00A60069"/>
    <w:rsid w:val="00A613BF"/>
    <w:rsid w:val="00A66A1F"/>
    <w:rsid w:val="00A8083A"/>
    <w:rsid w:val="00A84E30"/>
    <w:rsid w:val="00A85C0C"/>
    <w:rsid w:val="00A85CAA"/>
    <w:rsid w:val="00A86A80"/>
    <w:rsid w:val="00AA51F6"/>
    <w:rsid w:val="00AA7105"/>
    <w:rsid w:val="00AB0C13"/>
    <w:rsid w:val="00AB1287"/>
    <w:rsid w:val="00AB3A10"/>
    <w:rsid w:val="00AC05AC"/>
    <w:rsid w:val="00AD5936"/>
    <w:rsid w:val="00AD7451"/>
    <w:rsid w:val="00AE525A"/>
    <w:rsid w:val="00AE5495"/>
    <w:rsid w:val="00AE79E6"/>
    <w:rsid w:val="00AF619D"/>
    <w:rsid w:val="00B02992"/>
    <w:rsid w:val="00B11AF2"/>
    <w:rsid w:val="00B1203E"/>
    <w:rsid w:val="00B12123"/>
    <w:rsid w:val="00B1505B"/>
    <w:rsid w:val="00B20C91"/>
    <w:rsid w:val="00B21182"/>
    <w:rsid w:val="00B23E70"/>
    <w:rsid w:val="00B246F0"/>
    <w:rsid w:val="00B24E09"/>
    <w:rsid w:val="00B27E26"/>
    <w:rsid w:val="00B35FBA"/>
    <w:rsid w:val="00B42F9A"/>
    <w:rsid w:val="00B4586D"/>
    <w:rsid w:val="00B45A32"/>
    <w:rsid w:val="00B52E32"/>
    <w:rsid w:val="00B57BB5"/>
    <w:rsid w:val="00B60442"/>
    <w:rsid w:val="00B6054F"/>
    <w:rsid w:val="00B60C2F"/>
    <w:rsid w:val="00B64960"/>
    <w:rsid w:val="00B65BFC"/>
    <w:rsid w:val="00B71371"/>
    <w:rsid w:val="00B71567"/>
    <w:rsid w:val="00B80EC8"/>
    <w:rsid w:val="00B82084"/>
    <w:rsid w:val="00B94ECF"/>
    <w:rsid w:val="00B95ACB"/>
    <w:rsid w:val="00B97A06"/>
    <w:rsid w:val="00BA28BA"/>
    <w:rsid w:val="00BC1771"/>
    <w:rsid w:val="00BC5D0F"/>
    <w:rsid w:val="00BC7781"/>
    <w:rsid w:val="00BD055B"/>
    <w:rsid w:val="00BD2C22"/>
    <w:rsid w:val="00BD5587"/>
    <w:rsid w:val="00BE0B5E"/>
    <w:rsid w:val="00BE0EE0"/>
    <w:rsid w:val="00BE136A"/>
    <w:rsid w:val="00BE30B2"/>
    <w:rsid w:val="00BE541A"/>
    <w:rsid w:val="00BE7EF6"/>
    <w:rsid w:val="00BF341A"/>
    <w:rsid w:val="00BF48EF"/>
    <w:rsid w:val="00BF71CB"/>
    <w:rsid w:val="00C01287"/>
    <w:rsid w:val="00C12FDC"/>
    <w:rsid w:val="00C22963"/>
    <w:rsid w:val="00C233AA"/>
    <w:rsid w:val="00C422B5"/>
    <w:rsid w:val="00C445CD"/>
    <w:rsid w:val="00C45D56"/>
    <w:rsid w:val="00C531D5"/>
    <w:rsid w:val="00C650D8"/>
    <w:rsid w:val="00C74B1D"/>
    <w:rsid w:val="00C754D5"/>
    <w:rsid w:val="00C75AC4"/>
    <w:rsid w:val="00C93D36"/>
    <w:rsid w:val="00CA6610"/>
    <w:rsid w:val="00CB08BD"/>
    <w:rsid w:val="00CC1B57"/>
    <w:rsid w:val="00CC7CDD"/>
    <w:rsid w:val="00CD39AE"/>
    <w:rsid w:val="00CE2206"/>
    <w:rsid w:val="00CE3330"/>
    <w:rsid w:val="00CE677C"/>
    <w:rsid w:val="00CE6E5A"/>
    <w:rsid w:val="00CE724A"/>
    <w:rsid w:val="00CF359F"/>
    <w:rsid w:val="00CF4ADC"/>
    <w:rsid w:val="00D0106A"/>
    <w:rsid w:val="00D01A6A"/>
    <w:rsid w:val="00D04109"/>
    <w:rsid w:val="00D12BE0"/>
    <w:rsid w:val="00D170B6"/>
    <w:rsid w:val="00D30154"/>
    <w:rsid w:val="00D379EA"/>
    <w:rsid w:val="00D40ABA"/>
    <w:rsid w:val="00D42386"/>
    <w:rsid w:val="00D44056"/>
    <w:rsid w:val="00D46EFD"/>
    <w:rsid w:val="00D50688"/>
    <w:rsid w:val="00D644EF"/>
    <w:rsid w:val="00D64DBB"/>
    <w:rsid w:val="00D676A3"/>
    <w:rsid w:val="00D72063"/>
    <w:rsid w:val="00D7661C"/>
    <w:rsid w:val="00D827E6"/>
    <w:rsid w:val="00D84CD4"/>
    <w:rsid w:val="00D976D9"/>
    <w:rsid w:val="00D97B91"/>
    <w:rsid w:val="00DA5134"/>
    <w:rsid w:val="00DB1215"/>
    <w:rsid w:val="00DB1E24"/>
    <w:rsid w:val="00DB5B5D"/>
    <w:rsid w:val="00DC28BD"/>
    <w:rsid w:val="00DC5023"/>
    <w:rsid w:val="00DC50C1"/>
    <w:rsid w:val="00DD0918"/>
    <w:rsid w:val="00DD5F62"/>
    <w:rsid w:val="00DF74C9"/>
    <w:rsid w:val="00E00572"/>
    <w:rsid w:val="00E06B97"/>
    <w:rsid w:val="00E10F43"/>
    <w:rsid w:val="00E233E1"/>
    <w:rsid w:val="00E27F20"/>
    <w:rsid w:val="00E34014"/>
    <w:rsid w:val="00E423A3"/>
    <w:rsid w:val="00E574C2"/>
    <w:rsid w:val="00E718CE"/>
    <w:rsid w:val="00E731DA"/>
    <w:rsid w:val="00E80353"/>
    <w:rsid w:val="00E86517"/>
    <w:rsid w:val="00E92A65"/>
    <w:rsid w:val="00E9399E"/>
    <w:rsid w:val="00EA5ABD"/>
    <w:rsid w:val="00EB3AD7"/>
    <w:rsid w:val="00EC4285"/>
    <w:rsid w:val="00ED00A2"/>
    <w:rsid w:val="00ED151F"/>
    <w:rsid w:val="00ED6399"/>
    <w:rsid w:val="00ED7806"/>
    <w:rsid w:val="00ED7B16"/>
    <w:rsid w:val="00ED7F57"/>
    <w:rsid w:val="00EE1D15"/>
    <w:rsid w:val="00EE63CE"/>
    <w:rsid w:val="00EE7B58"/>
    <w:rsid w:val="00EF1428"/>
    <w:rsid w:val="00EF1CAE"/>
    <w:rsid w:val="00EF6157"/>
    <w:rsid w:val="00F1310F"/>
    <w:rsid w:val="00F15D76"/>
    <w:rsid w:val="00F17564"/>
    <w:rsid w:val="00F26F9D"/>
    <w:rsid w:val="00F3390E"/>
    <w:rsid w:val="00F40263"/>
    <w:rsid w:val="00F42D13"/>
    <w:rsid w:val="00F434E4"/>
    <w:rsid w:val="00F47037"/>
    <w:rsid w:val="00F617B4"/>
    <w:rsid w:val="00F6258D"/>
    <w:rsid w:val="00F62AC9"/>
    <w:rsid w:val="00F6662C"/>
    <w:rsid w:val="00F679C4"/>
    <w:rsid w:val="00F712D4"/>
    <w:rsid w:val="00F7157D"/>
    <w:rsid w:val="00F722DD"/>
    <w:rsid w:val="00F74643"/>
    <w:rsid w:val="00F8393C"/>
    <w:rsid w:val="00F878DF"/>
    <w:rsid w:val="00F94A83"/>
    <w:rsid w:val="00F94E9C"/>
    <w:rsid w:val="00F96485"/>
    <w:rsid w:val="00F96C0B"/>
    <w:rsid w:val="00F97339"/>
    <w:rsid w:val="00FB2FA7"/>
    <w:rsid w:val="00FB7F8D"/>
    <w:rsid w:val="00FC1F67"/>
    <w:rsid w:val="00FD06FD"/>
    <w:rsid w:val="00FD7E64"/>
    <w:rsid w:val="00FE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3218960"/>
  <w15:docId w15:val="{D72D7FEE-35D7-45F8-AE48-BA8950ABB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CAE"/>
    <w:pPr>
      <w:spacing w:after="120"/>
    </w:pPr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C75AC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locked/>
    <w:rsid w:val="00C75AC4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locked/>
    <w:rsid w:val="00C75AC4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5A4C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locked/>
    <w:rsid w:val="00C75AC4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locked/>
    <w:rsid w:val="00C75AC4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locked/>
    <w:rsid w:val="00C75AC4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locked/>
    <w:rsid w:val="00C75AC4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locked/>
    <w:rsid w:val="00C75AC4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67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4C1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F42D1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43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42D13"/>
    <w:rPr>
      <w:rFonts w:cs="Times New Roman"/>
      <w:vertAlign w:val="superscript"/>
    </w:rPr>
  </w:style>
  <w:style w:type="paragraph" w:styleId="BodyText">
    <w:name w:val="Body Text"/>
    <w:basedOn w:val="Normal"/>
    <w:link w:val="BodyTextChar"/>
    <w:uiPriority w:val="99"/>
    <w:rsid w:val="00067849"/>
    <w:pPr>
      <w:spacing w:before="120" w:after="0"/>
    </w:pPr>
    <w:rPr>
      <w:rFonts w:eastAsia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67849"/>
    <w:rPr>
      <w:rFonts w:eastAsia="Times New Roman" w:cs="Times New Roman"/>
      <w:b/>
      <w:bCs/>
      <w:sz w:val="24"/>
      <w:szCs w:val="24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2179E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43E9"/>
    <w:rPr>
      <w:sz w:val="28"/>
    </w:rPr>
  </w:style>
  <w:style w:type="character" w:styleId="PageNumber">
    <w:name w:val="page number"/>
    <w:basedOn w:val="DefaultParagraphFont"/>
    <w:uiPriority w:val="99"/>
    <w:rsid w:val="002179E1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6965A9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A43E9"/>
    <w:rPr>
      <w:sz w:val="28"/>
    </w:rPr>
  </w:style>
  <w:style w:type="paragraph" w:styleId="Header">
    <w:name w:val="header"/>
    <w:basedOn w:val="Normal"/>
    <w:link w:val="HeaderChar"/>
    <w:uiPriority w:val="99"/>
    <w:unhideWhenUsed/>
    <w:rsid w:val="00EE63C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E63CE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A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AD7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9E5B9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C7D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C75A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A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A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A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A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A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A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A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rsid w:val="00C75AC4"/>
    <w:rPr>
      <w:rFonts w:asciiTheme="minorHAnsi" w:eastAsiaTheme="minorEastAsia" w:hAnsiTheme="minorHAnsi" w:cstheme="minorBidi"/>
    </w:rPr>
  </w:style>
  <w:style w:type="paragraph" w:styleId="Title">
    <w:name w:val="Title"/>
    <w:basedOn w:val="Normal"/>
    <w:next w:val="Normal"/>
    <w:link w:val="TitleChar"/>
    <w:uiPriority w:val="10"/>
    <w:locked/>
    <w:rsid w:val="00C75AC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75A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locked/>
    <w:rsid w:val="00C75AC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75A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C75AC4"/>
    <w:pPr>
      <w:spacing w:line="480" w:lineRule="auto"/>
    </w:pPr>
    <w:rPr>
      <w:rFonts w:asciiTheme="minorHAnsi" w:eastAsiaTheme="minorEastAsia" w:hAnsiTheme="minorHAnsi" w:cstheme="minorBidi"/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75AC4"/>
    <w:rPr>
      <w:rFonts w:asciiTheme="minorHAnsi" w:eastAsiaTheme="minorEastAsia" w:hAnsiTheme="minorHAnsi" w:cstheme="minorBidi"/>
    </w:rPr>
  </w:style>
  <w:style w:type="paragraph" w:styleId="BodyText3">
    <w:name w:val="Body Text 3"/>
    <w:basedOn w:val="Normal"/>
    <w:link w:val="BodyText3Char"/>
    <w:uiPriority w:val="99"/>
    <w:semiHidden/>
    <w:rsid w:val="00C75AC4"/>
    <w:pPr>
      <w:spacing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5AC4"/>
    <w:rPr>
      <w:rFonts w:asciiTheme="minorHAnsi" w:eastAsiaTheme="minorEastAsia" w:hAnsiTheme="minorHAnsi" w:cstheme="minorBidi"/>
      <w:sz w:val="16"/>
      <w:szCs w:val="16"/>
    </w:rPr>
  </w:style>
  <w:style w:type="paragraph" w:styleId="List">
    <w:name w:val="List"/>
    <w:basedOn w:val="Normal"/>
    <w:uiPriority w:val="99"/>
    <w:semiHidden/>
    <w:rsid w:val="00C75AC4"/>
    <w:pPr>
      <w:spacing w:after="200" w:line="276" w:lineRule="auto"/>
      <w:ind w:left="360" w:hanging="360"/>
      <w:contextualSpacing/>
    </w:pPr>
    <w:rPr>
      <w:rFonts w:asciiTheme="minorHAnsi" w:eastAsiaTheme="minorEastAsia" w:hAnsiTheme="minorHAnsi" w:cstheme="minorBidi"/>
      <w:sz w:val="22"/>
    </w:rPr>
  </w:style>
  <w:style w:type="paragraph" w:styleId="List2">
    <w:name w:val="List 2"/>
    <w:basedOn w:val="Normal"/>
    <w:uiPriority w:val="99"/>
    <w:semiHidden/>
    <w:rsid w:val="00C75AC4"/>
    <w:pPr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  <w:sz w:val="22"/>
    </w:rPr>
  </w:style>
  <w:style w:type="paragraph" w:styleId="List3">
    <w:name w:val="List 3"/>
    <w:basedOn w:val="Normal"/>
    <w:uiPriority w:val="99"/>
    <w:semiHidden/>
    <w:rsid w:val="00C75AC4"/>
    <w:pPr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  <w:sz w:val="22"/>
    </w:rPr>
  </w:style>
  <w:style w:type="paragraph" w:styleId="ListBullet">
    <w:name w:val="List Bullet"/>
    <w:basedOn w:val="Normal"/>
    <w:uiPriority w:val="99"/>
    <w:semiHidden/>
    <w:rsid w:val="00C75AC4"/>
    <w:pPr>
      <w:numPr>
        <w:numId w:val="6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</w:rPr>
  </w:style>
  <w:style w:type="paragraph" w:styleId="ListBullet2">
    <w:name w:val="List Bullet 2"/>
    <w:basedOn w:val="Normal"/>
    <w:uiPriority w:val="99"/>
    <w:semiHidden/>
    <w:rsid w:val="00C75AC4"/>
    <w:pPr>
      <w:numPr>
        <w:numId w:val="7"/>
      </w:numPr>
      <w:tabs>
        <w:tab w:val="clear" w:pos="72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</w:rPr>
  </w:style>
  <w:style w:type="paragraph" w:styleId="ListBullet3">
    <w:name w:val="List Bullet 3"/>
    <w:basedOn w:val="Normal"/>
    <w:uiPriority w:val="99"/>
    <w:semiHidden/>
    <w:rsid w:val="00C75AC4"/>
    <w:pPr>
      <w:numPr>
        <w:numId w:val="8"/>
      </w:numPr>
      <w:tabs>
        <w:tab w:val="clear" w:pos="108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</w:rPr>
  </w:style>
  <w:style w:type="paragraph" w:styleId="ListNumber">
    <w:name w:val="List Number"/>
    <w:basedOn w:val="Normal"/>
    <w:uiPriority w:val="99"/>
    <w:semiHidden/>
    <w:rsid w:val="00C75AC4"/>
    <w:pPr>
      <w:numPr>
        <w:numId w:val="10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</w:rPr>
  </w:style>
  <w:style w:type="paragraph" w:styleId="ListNumber2">
    <w:name w:val="List Number 2"/>
    <w:basedOn w:val="Normal"/>
    <w:uiPriority w:val="99"/>
    <w:semiHidden/>
    <w:rsid w:val="00C75AC4"/>
    <w:pPr>
      <w:numPr>
        <w:numId w:val="11"/>
      </w:numPr>
      <w:tabs>
        <w:tab w:val="clear" w:pos="72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</w:rPr>
  </w:style>
  <w:style w:type="paragraph" w:styleId="ListNumber3">
    <w:name w:val="List Number 3"/>
    <w:basedOn w:val="Normal"/>
    <w:uiPriority w:val="99"/>
    <w:semiHidden/>
    <w:rsid w:val="00C75AC4"/>
    <w:pPr>
      <w:numPr>
        <w:numId w:val="12"/>
      </w:numPr>
      <w:tabs>
        <w:tab w:val="clear" w:pos="108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</w:rPr>
  </w:style>
  <w:style w:type="paragraph" w:styleId="ListContinue">
    <w:name w:val="List Continue"/>
    <w:basedOn w:val="Normal"/>
    <w:uiPriority w:val="99"/>
    <w:semiHidden/>
    <w:rsid w:val="00C75AC4"/>
    <w:pPr>
      <w:spacing w:line="276" w:lineRule="auto"/>
      <w:ind w:left="360"/>
      <w:contextualSpacing/>
    </w:pPr>
    <w:rPr>
      <w:rFonts w:asciiTheme="minorHAnsi" w:eastAsiaTheme="minorEastAsia" w:hAnsiTheme="minorHAnsi" w:cstheme="minorBidi"/>
      <w:sz w:val="22"/>
    </w:rPr>
  </w:style>
  <w:style w:type="paragraph" w:styleId="ListContinue2">
    <w:name w:val="List Continue 2"/>
    <w:basedOn w:val="Normal"/>
    <w:uiPriority w:val="99"/>
    <w:semiHidden/>
    <w:rsid w:val="00C75AC4"/>
    <w:pPr>
      <w:spacing w:line="276" w:lineRule="auto"/>
      <w:ind w:left="720"/>
      <w:contextualSpacing/>
    </w:pPr>
    <w:rPr>
      <w:rFonts w:asciiTheme="minorHAnsi" w:eastAsiaTheme="minorEastAsia" w:hAnsiTheme="minorHAnsi" w:cstheme="minorBidi"/>
      <w:sz w:val="22"/>
    </w:rPr>
  </w:style>
  <w:style w:type="paragraph" w:styleId="ListContinue3">
    <w:name w:val="List Continue 3"/>
    <w:basedOn w:val="Normal"/>
    <w:uiPriority w:val="99"/>
    <w:semiHidden/>
    <w:rsid w:val="00C75AC4"/>
    <w:pPr>
      <w:spacing w:line="276" w:lineRule="auto"/>
      <w:ind w:left="1080"/>
      <w:contextualSpacing/>
    </w:pPr>
    <w:rPr>
      <w:rFonts w:asciiTheme="minorHAnsi" w:eastAsiaTheme="minorEastAsia" w:hAnsiTheme="minorHAnsi" w:cstheme="minorBidi"/>
      <w:sz w:val="22"/>
    </w:rPr>
  </w:style>
  <w:style w:type="paragraph" w:styleId="MacroText">
    <w:name w:val="macro"/>
    <w:link w:val="MacroTextChar"/>
    <w:uiPriority w:val="99"/>
    <w:semiHidden/>
    <w:rsid w:val="00C75AC4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75AC4"/>
    <w:rPr>
      <w:rFonts w:ascii="Courier" w:eastAsiaTheme="minorEastAsia" w:hAnsi="Courier" w:cstheme="minorBidi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rsid w:val="00C75AC4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C75AC4"/>
    <w:rPr>
      <w:rFonts w:asciiTheme="minorHAnsi" w:eastAsiaTheme="minorEastAsia" w:hAnsiTheme="minorHAnsi" w:cstheme="minorBidi"/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qFormat/>
    <w:locked/>
    <w:rsid w:val="00C75AC4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locked/>
    <w:rsid w:val="00C75AC4"/>
    <w:rPr>
      <w:b/>
      <w:bCs/>
    </w:rPr>
  </w:style>
  <w:style w:type="character" w:styleId="Emphasis">
    <w:name w:val="Emphasis"/>
    <w:basedOn w:val="DefaultParagraphFont"/>
    <w:uiPriority w:val="20"/>
    <w:locked/>
    <w:rsid w:val="00C75AC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C75AC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AC4"/>
    <w:rPr>
      <w:rFonts w:asciiTheme="minorHAnsi" w:eastAsiaTheme="minorEastAsia" w:hAnsiTheme="minorHAnsi" w:cstheme="minorBidi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rsid w:val="00C75AC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C75AC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rsid w:val="00C75AC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C75AC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C75AC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qFormat/>
    <w:rsid w:val="00C75AC4"/>
    <w:pPr>
      <w:outlineLvl w:val="9"/>
    </w:pPr>
  </w:style>
  <w:style w:type="table" w:styleId="LightShading">
    <w:name w:val="Light Shading"/>
    <w:basedOn w:val="TableNormal"/>
    <w:uiPriority w:val="60"/>
    <w:rsid w:val="00C75AC4"/>
    <w:rPr>
      <w:rFonts w:asciiTheme="minorHAnsi" w:eastAsiaTheme="minorEastAsia" w:hAnsiTheme="minorHAnsi" w:cstheme="minorBid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C75AC4"/>
    <w:rPr>
      <w:rFonts w:asciiTheme="minorHAnsi" w:eastAsiaTheme="minorEastAsia" w:hAnsiTheme="minorHAnsi" w:cstheme="minorBid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C75AC4"/>
    <w:rPr>
      <w:rFonts w:asciiTheme="minorHAnsi" w:eastAsiaTheme="minorEastAsia" w:hAnsiTheme="minorHAnsi" w:cstheme="minorBid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C75AC4"/>
    <w:rPr>
      <w:rFonts w:asciiTheme="minorHAnsi" w:eastAsiaTheme="minorEastAsia" w:hAnsiTheme="minorHAnsi" w:cstheme="minorBid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C75AC4"/>
    <w:rPr>
      <w:rFonts w:asciiTheme="minorHAnsi" w:eastAsiaTheme="minorEastAsia" w:hAnsiTheme="minorHAnsi" w:cstheme="minorBidi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C75AC4"/>
    <w:rPr>
      <w:rFonts w:asciiTheme="minorHAnsi" w:eastAsiaTheme="minorEastAsia" w:hAnsiTheme="minorHAnsi" w:cstheme="minorBid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C75AC4"/>
    <w:rPr>
      <w:rFonts w:asciiTheme="minorHAnsi" w:eastAsiaTheme="minorEastAsia" w:hAnsiTheme="minorHAnsi" w:cstheme="minorBidi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7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7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7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7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7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7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7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7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7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7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7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7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7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7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75AC4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75AC4"/>
    <w:rPr>
      <w:rFonts w:asciiTheme="minorHAnsi" w:eastAsiaTheme="minorEastAsia" w:hAnsiTheme="minorHAnsi" w:cstheme="minorBidi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75AC4"/>
    <w:rPr>
      <w:rFonts w:asciiTheme="minorHAnsi" w:eastAsiaTheme="minorEastAsia" w:hAnsiTheme="minorHAnsi" w:cstheme="minorBidi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75AC4"/>
    <w:rPr>
      <w:rFonts w:asciiTheme="minorHAnsi" w:eastAsiaTheme="minorEastAsia" w:hAnsiTheme="minorHAnsi" w:cstheme="minorBidi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75AC4"/>
    <w:rPr>
      <w:rFonts w:asciiTheme="minorHAnsi" w:eastAsiaTheme="minorEastAsia" w:hAnsiTheme="minorHAnsi" w:cstheme="minorBidi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75AC4"/>
    <w:rPr>
      <w:rFonts w:asciiTheme="minorHAnsi" w:eastAsiaTheme="minorEastAsia" w:hAnsiTheme="minorHAnsi" w:cstheme="minorBidi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75AC4"/>
    <w:rPr>
      <w:rFonts w:asciiTheme="minorHAnsi" w:eastAsiaTheme="minorEastAsia" w:hAnsiTheme="minorHAnsi" w:cstheme="minorBidi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75AC4"/>
    <w:rPr>
      <w:rFonts w:asciiTheme="minorHAnsi" w:eastAsiaTheme="minorEastAsia" w:hAnsiTheme="minorHAnsi" w:cstheme="minorBidi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75AC4"/>
    <w:rPr>
      <w:rFonts w:asciiTheme="minorHAnsi" w:eastAsiaTheme="minorEastAsia" w:hAnsiTheme="minorHAnsi" w:cstheme="minorBid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GSKHCN01">
    <w:name w:val="LĐG_SKHCN_01"/>
    <w:basedOn w:val="Heading1"/>
    <w:link w:val="LGSKHCN01Char"/>
    <w:autoRedefine/>
    <w:qFormat/>
    <w:rsid w:val="00C75AC4"/>
    <w:pPr>
      <w:widowControl w:val="0"/>
      <w:suppressAutoHyphens/>
      <w:autoSpaceDE w:val="0"/>
      <w:spacing w:before="120" w:after="120" w:line="240" w:lineRule="auto"/>
    </w:pPr>
    <w:rPr>
      <w:bCs w:val="0"/>
      <w:color w:val="000000" w:themeColor="text1"/>
      <w:szCs w:val="20"/>
      <w:lang w:val="en-GB" w:eastAsia="zh-CN"/>
    </w:rPr>
  </w:style>
  <w:style w:type="character" w:customStyle="1" w:styleId="LGSKHCN01Char">
    <w:name w:val="LĐG_SKHCN_01 Char"/>
    <w:basedOn w:val="Heading1Char"/>
    <w:link w:val="LGSKHCN01"/>
    <w:rsid w:val="00C75AC4"/>
    <w:rPr>
      <w:rFonts w:asciiTheme="majorHAnsi" w:eastAsiaTheme="majorEastAsia" w:hAnsiTheme="majorHAnsi" w:cstheme="majorBidi"/>
      <w:b/>
      <w:bCs w:val="0"/>
      <w:color w:val="000000" w:themeColor="text1"/>
      <w:sz w:val="28"/>
      <w:szCs w:val="20"/>
      <w:lang w:val="en-GB" w:eastAsia="zh-CN"/>
    </w:rPr>
  </w:style>
  <w:style w:type="paragraph" w:customStyle="1" w:styleId="LGSKHCN02">
    <w:name w:val="LĐG_SKHCN_02"/>
    <w:basedOn w:val="Heading2"/>
    <w:link w:val="LGSKHCN02Char"/>
    <w:autoRedefine/>
    <w:qFormat/>
    <w:rsid w:val="00C75AC4"/>
    <w:pPr>
      <w:keepNext w:val="0"/>
      <w:keepLines w:val="0"/>
      <w:widowControl w:val="0"/>
      <w:suppressAutoHyphens/>
      <w:autoSpaceDE w:val="0"/>
      <w:spacing w:before="120" w:after="120" w:line="240" w:lineRule="auto"/>
      <w:jc w:val="both"/>
    </w:pPr>
    <w:rPr>
      <w:bCs w:val="0"/>
      <w:color w:val="000000" w:themeColor="text1"/>
      <w:sz w:val="28"/>
      <w:szCs w:val="28"/>
      <w:lang w:val="vi-VN" w:eastAsia="zh-CN"/>
    </w:rPr>
  </w:style>
  <w:style w:type="character" w:customStyle="1" w:styleId="LGSKHCN02Char">
    <w:name w:val="LĐG_SKHCN_02 Char"/>
    <w:basedOn w:val="Heading2Char"/>
    <w:link w:val="LGSKHCN02"/>
    <w:rsid w:val="00C75AC4"/>
    <w:rPr>
      <w:rFonts w:asciiTheme="majorHAnsi" w:eastAsiaTheme="majorEastAsia" w:hAnsiTheme="majorHAnsi" w:cstheme="majorBidi"/>
      <w:b/>
      <w:bCs w:val="0"/>
      <w:color w:val="000000" w:themeColor="text1"/>
      <w:sz w:val="28"/>
      <w:szCs w:val="28"/>
      <w:lang w:val="vi-VN" w:eastAsia="zh-CN"/>
    </w:rPr>
  </w:style>
  <w:style w:type="paragraph" w:customStyle="1" w:styleId="LGSKHCN03">
    <w:name w:val="LĐG_SKHCN_03"/>
    <w:basedOn w:val="Heading3"/>
    <w:link w:val="LGSKHCN03Char"/>
    <w:autoRedefine/>
    <w:qFormat/>
    <w:rsid w:val="00C75AC4"/>
    <w:pPr>
      <w:widowControl w:val="0"/>
      <w:suppressAutoHyphens/>
      <w:autoSpaceDE w:val="0"/>
      <w:spacing w:before="120" w:after="120" w:line="240" w:lineRule="auto"/>
      <w:ind w:firstLine="567"/>
      <w:jc w:val="both"/>
    </w:pPr>
    <w:rPr>
      <w:color w:val="000000" w:themeColor="text1"/>
      <w:sz w:val="28"/>
      <w:szCs w:val="20"/>
      <w:lang w:val="en-GB" w:eastAsia="zh-CN"/>
    </w:rPr>
  </w:style>
  <w:style w:type="character" w:customStyle="1" w:styleId="LGSKHCN03Char">
    <w:name w:val="LĐG_SKHCN_03 Char"/>
    <w:basedOn w:val="Heading3Char"/>
    <w:link w:val="LGSKHCN03"/>
    <w:rsid w:val="00C75AC4"/>
    <w:rPr>
      <w:rFonts w:asciiTheme="majorHAnsi" w:eastAsiaTheme="majorEastAsia" w:hAnsiTheme="majorHAnsi" w:cstheme="majorBidi"/>
      <w:b/>
      <w:bCs/>
      <w:color w:val="000000" w:themeColor="text1"/>
      <w:sz w:val="28"/>
      <w:szCs w:val="20"/>
      <w:lang w:val="en-GB" w:eastAsia="zh-CN"/>
    </w:rPr>
  </w:style>
  <w:style w:type="paragraph" w:customStyle="1" w:styleId="LGSKHCN04">
    <w:name w:val="LĐG_SKHCN_04"/>
    <w:basedOn w:val="Heading4"/>
    <w:link w:val="LGSKHCN04Char"/>
    <w:autoRedefine/>
    <w:qFormat/>
    <w:rsid w:val="00C75AC4"/>
    <w:pPr>
      <w:keepLines w:val="0"/>
      <w:widowControl w:val="0"/>
      <w:suppressAutoHyphens/>
      <w:autoSpaceDE w:val="0"/>
      <w:spacing w:before="120" w:after="120"/>
      <w:ind w:firstLine="567"/>
      <w:jc w:val="both"/>
    </w:pPr>
    <w:rPr>
      <w:rFonts w:eastAsia="Times New Roman"/>
      <w:b/>
      <w:bCs/>
      <w:i w:val="0"/>
      <w:iCs w:val="0"/>
      <w:color w:val="000000" w:themeColor="text1"/>
      <w:szCs w:val="28"/>
      <w:lang w:val="en-GB" w:eastAsia="zh-CN"/>
    </w:rPr>
  </w:style>
  <w:style w:type="character" w:customStyle="1" w:styleId="LGSKHCN04Char">
    <w:name w:val="LĐG_SKHCN_04 Char"/>
    <w:basedOn w:val="Heading4Char"/>
    <w:link w:val="LGSKHCN04"/>
    <w:rsid w:val="00C75AC4"/>
    <w:rPr>
      <w:rFonts w:asciiTheme="majorHAnsi" w:eastAsia="Times New Roman" w:hAnsiTheme="majorHAnsi" w:cstheme="majorBidi"/>
      <w:b/>
      <w:bCs/>
      <w:i w:val="0"/>
      <w:iCs w:val="0"/>
      <w:color w:val="000000" w:themeColor="text1"/>
      <w:sz w:val="28"/>
      <w:szCs w:val="28"/>
      <w:lang w:val="en-GB" w:eastAsia="zh-CN"/>
    </w:rPr>
  </w:style>
  <w:style w:type="paragraph" w:customStyle="1" w:styleId="LGSKHCN05">
    <w:name w:val="LĐG_SKHCN_05"/>
    <w:basedOn w:val="Heading5"/>
    <w:link w:val="LGSKHCN05Char"/>
    <w:qFormat/>
    <w:rsid w:val="00C75AC4"/>
    <w:pPr>
      <w:suppressAutoHyphens/>
      <w:autoSpaceDE w:val="0"/>
      <w:spacing w:before="40" w:line="288" w:lineRule="auto"/>
      <w:ind w:firstLine="567"/>
    </w:pPr>
    <w:rPr>
      <w:b/>
      <w:color w:val="000000" w:themeColor="text1"/>
      <w:sz w:val="28"/>
      <w:szCs w:val="20"/>
      <w:lang w:eastAsia="zh-CN"/>
    </w:rPr>
  </w:style>
  <w:style w:type="character" w:customStyle="1" w:styleId="LGSKHCN05Char">
    <w:name w:val="LĐG_SKHCN_05 Char"/>
    <w:basedOn w:val="Heading5Char"/>
    <w:link w:val="LGSKHCN05"/>
    <w:rsid w:val="00C75AC4"/>
    <w:rPr>
      <w:rFonts w:asciiTheme="majorHAnsi" w:eastAsiaTheme="majorEastAsia" w:hAnsiTheme="majorHAnsi" w:cstheme="majorBidi"/>
      <w:b/>
      <w:color w:val="000000" w:themeColor="text1"/>
      <w:sz w:val="28"/>
      <w:szCs w:val="20"/>
      <w:lang w:eastAsia="zh-CN"/>
    </w:rPr>
  </w:style>
  <w:style w:type="paragraph" w:customStyle="1" w:styleId="LGSKHCNDOANVAN">
    <w:name w:val="LĐG_SKHCN_DOAN VAN"/>
    <w:basedOn w:val="Normal"/>
    <w:link w:val="LGSKHCNDOANVANChar"/>
    <w:autoRedefine/>
    <w:qFormat/>
    <w:rsid w:val="00C75AC4"/>
    <w:pPr>
      <w:widowControl w:val="0"/>
      <w:spacing w:before="120"/>
      <w:ind w:firstLine="567"/>
      <w:jc w:val="both"/>
    </w:pPr>
    <w:rPr>
      <w:rFonts w:eastAsia="SimSun"/>
      <w:color w:val="000000" w:themeColor="text1"/>
      <w:szCs w:val="28"/>
      <w:shd w:val="clear" w:color="auto" w:fill="FFFFFF"/>
      <w:lang w:bidi="en-US"/>
    </w:rPr>
  </w:style>
  <w:style w:type="character" w:customStyle="1" w:styleId="LGSKHCNDOANVANChar">
    <w:name w:val="LĐG_SKHCN_DOAN VAN Char"/>
    <w:basedOn w:val="DefaultParagraphFont"/>
    <w:link w:val="LGSKHCNDOANVAN"/>
    <w:rsid w:val="00C75AC4"/>
    <w:rPr>
      <w:rFonts w:eastAsia="SimSun"/>
      <w:color w:val="000000" w:themeColor="text1"/>
      <w:sz w:val="28"/>
      <w:szCs w:val="28"/>
      <w:lang w:bidi="en-US"/>
    </w:rPr>
  </w:style>
  <w:style w:type="character" w:styleId="CommentReference">
    <w:name w:val="annotation reference"/>
    <w:basedOn w:val="DefaultParagraphFont"/>
    <w:uiPriority w:val="99"/>
    <w:semiHidden/>
    <w:rsid w:val="00C75A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75AC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5AC4"/>
    <w:rPr>
      <w:rFonts w:asciiTheme="minorHAnsi" w:eastAsiaTheme="minorEastAsia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75A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5AC4"/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fontstyle21">
    <w:name w:val="fontstyle21"/>
    <w:basedOn w:val="DefaultParagraphFont"/>
    <w:rsid w:val="00C75AC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011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11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ULMI-bM9ij-c5jbeHva6tCUSKXIT3hoThuhLX3nC4atG7pw/viewform?usp=head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UBND TỈNH ĐẮK NÔNG</vt:lpstr>
      <vt:lpstr>UBND TỈNH ĐẮK NÔNG</vt:lpstr>
    </vt:vector>
  </TitlesOfParts>
  <Company>Microsoft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ĐẮK NÔNG</dc:title>
  <dc:creator>AutoBVT</dc:creator>
  <cp:lastModifiedBy>Lê Đình Giáp</cp:lastModifiedBy>
  <cp:revision>4</cp:revision>
  <cp:lastPrinted>2026-07-06T07:32:00Z</cp:lastPrinted>
  <dcterms:created xsi:type="dcterms:W3CDTF">2026-08-21T08:34:00Z</dcterms:created>
  <dcterms:modified xsi:type="dcterms:W3CDTF">2026-08-22T09:26:00Z</dcterms:modified>
</cp:coreProperties>
</file>